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Little Explorers Learning Hub</w:t>
      </w:r>
    </w:p>
    <w:p>
      <w:pPr>
        <w:pStyle w:val="Heading2"/>
        <w:jc w:val="center"/>
      </w:pPr>
      <w:r>
        <w:t>ABC Observation Form</w:t>
      </w:r>
    </w:p>
    <w:p>
      <w:pPr>
        <w:jc w:val="center"/>
      </w:pPr>
      <w:r>
        <w:t>Record the antecedent, behavior, and consequence to better understand challenging behaviors and develop effective intervention strategies.</w:t>
        <w:br/>
      </w:r>
      <w:r>
        <w:t>✔ Antecedent</w:t>
        <w:br/>
      </w:r>
      <w:r>
        <w:t>✔ Behavior</w:t>
        <w:br/>
      </w:r>
      <w:r>
        <w:t>✔ Consequence</w:t>
        <w:br/>
      </w:r>
      <w:r>
        <w:t>✔ Teacher Reflection</w:t>
        <w:br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Child's Name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  <w:tc>
          <w:tcPr>
            <w:tcW w:type="dxa" w:w="2160"/>
          </w:tcPr>
          <w:p>
            <w:r>
              <w:t>Date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</w:tr>
      <w:tr>
        <w:tc>
          <w:tcPr>
            <w:tcW w:type="dxa" w:w="2160"/>
          </w:tcPr>
          <w:p>
            <w:r>
              <w:t>Observer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  <w:tc>
          <w:tcPr>
            <w:tcW w:type="dxa" w:w="2160"/>
          </w:tcPr>
          <w:p>
            <w:r>
              <w:t>Classroom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</w:tr>
    </w:tbl>
    <w:p>
      <w:pPr>
        <w:pStyle w:val="Heading2"/>
      </w:pPr>
      <w:r>
        <w:t>Antecedent (What happened immediately before the behavior?)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</w:tbl>
    <w:p>
      <w:pPr>
        <w:pStyle w:val="Heading2"/>
      </w:pPr>
      <w:r>
        <w:t>Behavior (Describe exactly what the child did)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</w:tbl>
    <w:p>
      <w:pPr>
        <w:pStyle w:val="Heading2"/>
      </w:pPr>
      <w:r>
        <w:t>Consequence (What happened immediately after the behavior?)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</w:tbl>
    <w:p>
      <w:pPr>
        <w:pStyle w:val="Heading2"/>
      </w:pPr>
      <w:r>
        <w:t>Teacher Reflection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</w:tbl>
    <w:p>
      <w:pPr>
        <w:pStyle w:val="Heading2"/>
      </w:pPr>
      <w:r>
        <w:t>Possible Next Steps / Intervention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Teacher Signature</w:t>
            </w:r>
          </w:p>
        </w:tc>
        <w:tc>
          <w:tcPr>
            <w:tcW w:type="dxa" w:w="4320"/>
          </w:tcPr>
          <w:p>
            <w:r>
              <w:t>Date</w:t>
            </w:r>
          </w:p>
        </w:tc>
      </w:tr>
      <w:tr>
        <w:tc>
          <w:tcPr>
            <w:tcW w:type="dxa" w:w="4320"/>
          </w:tcPr>
          <w:p>
            <w:r>
              <w:t>________________________</w:t>
            </w:r>
          </w:p>
        </w:tc>
        <w:tc>
          <w:tcPr>
            <w:tcW w:type="dxa" w:w="4320"/>
          </w:tcPr>
          <w:p>
            <w:r>
              <w:t>________________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