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Little Explorers Learning Hub</w:t>
      </w:r>
    </w:p>
    <w:p>
      <w:pPr>
        <w:pStyle w:val="Heading2"/>
        <w:jc w:val="center"/>
      </w:pPr>
      <w:r>
        <w:t>Small Group Observation</w:t>
      </w:r>
    </w:p>
    <w:p>
      <w:pPr>
        <w:jc w:val="center"/>
      </w:pPr>
      <w:r>
        <w:t>Observe children's collaboration, communication, participation, and problem solving during guided learning experiences.</w:t>
        <w:br/>
        <w:br/>
      </w:r>
      <w:r>
        <w:t>✔ Social Skills</w:t>
        <w:br/>
      </w:r>
      <w:r>
        <w:t>✔ Language Development</w:t>
        <w:br/>
      </w:r>
      <w:r>
        <w:t>✔ Participation</w:t>
        <w:br/>
      </w:r>
      <w:r>
        <w:t>✔ Collaboration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Date</w:t>
            </w:r>
          </w:p>
        </w:tc>
        <w:tc>
          <w:tcPr>
            <w:tcW w:type="dxa" w:w="1440"/>
          </w:tcPr>
          <w:p>
            <w:r>
              <w:t>______________</w:t>
            </w:r>
          </w:p>
        </w:tc>
        <w:tc>
          <w:tcPr>
            <w:tcW w:type="dxa" w:w="1440"/>
          </w:tcPr>
          <w:p>
            <w:r>
              <w:t>Teacher</w:t>
            </w:r>
          </w:p>
        </w:tc>
        <w:tc>
          <w:tcPr>
            <w:tcW w:type="dxa" w:w="1440"/>
          </w:tcPr>
          <w:p>
            <w:r>
              <w:t>______________</w:t>
            </w:r>
          </w:p>
        </w:tc>
        <w:tc>
          <w:tcPr>
            <w:tcW w:type="dxa" w:w="1440"/>
          </w:tcPr>
          <w:p>
            <w:r>
              <w:t>Classroom</w:t>
            </w:r>
          </w:p>
        </w:tc>
        <w:tc>
          <w:tcPr>
            <w:tcW w:type="dxa" w:w="1440"/>
          </w:tcPr>
          <w:p>
            <w:r>
              <w:t>______________</w:t>
            </w:r>
          </w:p>
        </w:tc>
      </w:tr>
      <w:tr>
        <w:tc>
          <w:tcPr>
            <w:tcW w:type="dxa" w:w="1440"/>
          </w:tcPr>
          <w:p>
            <w:r>
              <w:t>Activity / Center</w:t>
            </w:r>
          </w:p>
        </w:tc>
        <w:tc>
          <w:tcPr>
            <w:tcW w:type="dxa" w:w="1440"/>
          </w:tcPr>
          <w:p>
            <w:r>
              <w:t>________________</w:t>
            </w:r>
          </w:p>
        </w:tc>
        <w:tc>
          <w:tcPr>
            <w:tcW w:type="dxa" w:w="1440"/>
          </w:tcPr>
          <w:p>
            <w:r>
              <w:t>Small Group</w:t>
            </w:r>
          </w:p>
        </w:tc>
        <w:tc>
          <w:tcPr>
            <w:tcW w:type="dxa" w:w="1440"/>
          </w:tcPr>
          <w:p>
            <w:r>
              <w:t>________________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>
      <w:pPr>
        <w:pStyle w:val="Heading2"/>
      </w:pPr>
      <w:r>
        <w:t>Children Observed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Child</w:t>
            </w:r>
          </w:p>
        </w:tc>
        <w:tc>
          <w:tcPr>
            <w:tcW w:type="dxa" w:w="1728"/>
          </w:tcPr>
          <w:p>
            <w:r>
              <w:t>Participation</w:t>
            </w:r>
          </w:p>
        </w:tc>
        <w:tc>
          <w:tcPr>
            <w:tcW w:type="dxa" w:w="1728"/>
          </w:tcPr>
          <w:p>
            <w:r>
              <w:t>Communication</w:t>
            </w:r>
          </w:p>
        </w:tc>
        <w:tc>
          <w:tcPr>
            <w:tcW w:type="dxa" w:w="1728"/>
          </w:tcPr>
          <w:p>
            <w:r>
              <w:t>Collaboration</w:t>
            </w:r>
          </w:p>
        </w:tc>
        <w:tc>
          <w:tcPr>
            <w:tcW w:type="dxa" w:w="1728"/>
          </w:tcPr>
          <w:p>
            <w:r>
              <w:t>Notes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2"/>
      </w:pPr>
      <w:r>
        <w:t>Teacher Reflection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p>
      <w:pPr>
        <w:pStyle w:val="Heading2"/>
      </w:pPr>
      <w:r>
        <w:t>Next Steps / Planned Learning Experiences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p>
      <w:pPr>
        <w:pStyle w:val="Heading2"/>
      </w:pPr>
      <w:r>
        <w:t>Follow-Up Needed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  <w:tr>
        <w:tc>
          <w:tcPr>
            <w:tcW w:type="dxa" w:w="8640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Teacher Signature</w:t>
            </w:r>
          </w:p>
        </w:tc>
        <w:tc>
          <w:tcPr>
            <w:tcW w:type="dxa" w:w="4320"/>
          </w:tcPr>
          <w:p>
            <w:r>
              <w:t>Date</w:t>
            </w:r>
          </w:p>
        </w:tc>
      </w:tr>
      <w:tr>
        <w:tc>
          <w:tcPr>
            <w:tcW w:type="dxa" w:w="4320"/>
          </w:tcPr>
          <w:p>
            <w:r>
              <w:t>____________________________</w:t>
            </w:r>
          </w:p>
        </w:tc>
        <w:tc>
          <w:tcPr>
            <w:tcW w:type="dxa" w:w="4320"/>
          </w:tcPr>
          <w:p>
            <w:r>
              <w:t>________________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