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Time Sampling Form</w:t>
      </w:r>
    </w:p>
    <w:p>
      <w:pPr>
        <w:jc w:val="center"/>
      </w:pPr>
      <w:r>
        <w:t>Observe children's participation and engagement at predetermined intervals throughout classroom routines and activities.</w:t>
      </w:r>
    </w:p>
    <w:p>
      <w:pPr>
        <w:pStyle w:val="ListBullet"/>
      </w:pPr>
      <w:r>
        <w:t>☐ Timed Intervals</w:t>
      </w:r>
    </w:p>
    <w:p>
      <w:pPr>
        <w:pStyle w:val="ListBullet"/>
      </w:pPr>
      <w:r>
        <w:t>☐ Participation Tracking</w:t>
      </w:r>
    </w:p>
    <w:p>
      <w:pPr>
        <w:pStyle w:val="ListBullet"/>
      </w:pPr>
      <w:r>
        <w:t>☐ Classroom Behaviors</w:t>
      </w:r>
    </w:p>
    <w:p>
      <w:pPr>
        <w:pStyle w:val="ListBullet"/>
      </w:pPr>
      <w:r>
        <w:t>☐ Data Collection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</w:tcPr>
          <w:p>
            <w:r>
              <w:t>Child's Name</w:t>
              <w:br/>
              <w:t>________________</w:t>
            </w:r>
          </w:p>
        </w:tc>
        <w:tc>
          <w:tcPr>
            <w:tcW w:type="dxa" w:w="2700"/>
          </w:tcPr>
          <w:p>
            <w:r>
              <w:t>Date</w:t>
              <w:br/>
              <w:t>________________</w:t>
            </w:r>
          </w:p>
        </w:tc>
        <w:tc>
          <w:tcPr>
            <w:tcW w:type="dxa" w:w="2700"/>
          </w:tcPr>
          <w:p>
            <w:r>
              <w:t>Observer</w:t>
              <w:br/>
              <w:t>________________</w:t>
            </w:r>
          </w:p>
        </w:tc>
        <w:tc>
          <w:tcPr>
            <w:tcW w:type="dxa" w:w="2700"/>
          </w:tcPr>
          <w:p>
            <w:r>
              <w:t>Classroom</w:t>
              <w:br/>
              <w:t>________________</w:t>
            </w:r>
          </w:p>
        </w:tc>
      </w:tr>
      <w:tr>
        <w:tc>
          <w:tcPr>
            <w:tcW w:type="dxa" w:w="2700"/>
          </w:tcPr>
          <w:p>
            <w:r>
              <w:t>Activity / Routine</w:t>
              <w:br/>
              <w:t>________________</w:t>
            </w:r>
          </w:p>
        </w:tc>
        <w:tc>
          <w:tcPr>
            <w:tcW w:type="dxa" w:w="2700"/>
          </w:tcPr>
          <w:p>
            <w:r>
              <w:t>Observation Period</w:t>
              <w:br/>
              <w:t>________________</w:t>
            </w:r>
          </w:p>
        </w:tc>
        <w:tc>
          <w:tcPr>
            <w:tcW w:type="dxa" w:w="2700"/>
          </w:tcPr>
          <w:p>
            <w:r>
              <w:t>Start Time</w:t>
              <w:br/>
              <w:t>________________</w:t>
            </w:r>
          </w:p>
        </w:tc>
        <w:tc>
          <w:tcPr>
            <w:tcW w:type="dxa" w:w="2700"/>
          </w:tcPr>
          <w:p>
            <w:r>
              <w:t>End Time</w:t>
              <w:br/>
              <w:t>________________</w:t>
            </w:r>
          </w:p>
        </w:tc>
      </w:tr>
      <w:tr>
        <w:tc>
          <w:tcPr>
            <w:tcW w:type="dxa" w:w="2700"/>
          </w:tcPr>
          <w:p>
            <w:r>
              <w:t>Age Group</w:t>
              <w:br/>
              <w:t>________________</w:t>
            </w:r>
          </w:p>
        </w:tc>
        <w:tc>
          <w:tcPr>
            <w:tcW w:type="dxa" w:w="2700"/>
          </w:tcPr>
          <w:p>
            <w:r>
              <w:t>Interval Length</w:t>
              <w:br/>
              <w:t>________________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/>
          </w:p>
        </w:tc>
      </w:tr>
    </w:tbl>
    <w:p>
      <w:pPr>
        <w:pStyle w:val="Heading2"/>
      </w:pPr>
      <w:r>
        <w:t>Time Sampling Data Collection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</w:tcPr>
          <w:p>
            <w:r>
              <w:t>Time Interval</w:t>
            </w:r>
          </w:p>
        </w:tc>
        <w:tc>
          <w:tcPr>
            <w:tcW w:type="dxa" w:w="2700"/>
          </w:tcPr>
          <w:p>
            <w:r>
              <w:t>Activity / Routine</w:t>
            </w:r>
          </w:p>
        </w:tc>
        <w:tc>
          <w:tcPr>
            <w:tcW w:type="dxa" w:w="2700"/>
          </w:tcPr>
          <w:p>
            <w:r>
              <w:t>Participation</w:t>
            </w:r>
          </w:p>
        </w:tc>
        <w:tc>
          <w:tcPr>
            <w:tcW w:type="dxa" w:w="2700"/>
          </w:tcPr>
          <w:p>
            <w:r>
              <w:t>Observed Behavior / Notes</w:t>
            </w:r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2700"/>
          </w:tcPr>
          <w:p>
            <w:r>
              <w:t>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>
              <w:t>☐ Yes</w:t>
              <w:br/>
              <w:t>☐ No</w:t>
            </w:r>
          </w:p>
        </w:tc>
        <w:tc>
          <w:tcPr>
            <w:tcW w:type="dxa" w:w="2700"/>
          </w:tcPr>
          <w:p>
            <w:r/>
          </w:p>
        </w:tc>
      </w:tr>
    </w:tbl>
    <w:p>
      <w:pPr>
        <w:pStyle w:val="Heading2"/>
      </w:pPr>
      <w:r>
        <w:t>Summary of Patterns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</w:tbl>
    <w:p>
      <w:pPr>
        <w:pStyle w:val="Heading2"/>
      </w:pPr>
      <w:r>
        <w:t>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  <w:tr>
        <w:tc>
          <w:tcPr>
            <w:tcW w:type="dxa" w:w="10800"/>
          </w:tcPr>
          <w:p>
            <w:r/>
          </w:p>
        </w:tc>
      </w:tr>
    </w:tbl>
    <w:p>
      <w:pPr>
        <w:pStyle w:val="Heading2"/>
      </w:pPr>
      <w:r>
        <w:t>Teacher Verification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Teacher Signature</w:t>
            </w:r>
          </w:p>
        </w:tc>
        <w:tc>
          <w:tcPr>
            <w:tcW w:type="dxa" w:w="5400"/>
          </w:tcPr>
          <w:p>
            <w:r>
              <w:t>Date</w:t>
            </w:r>
          </w:p>
        </w:tc>
      </w:tr>
      <w:tr>
        <w:tc>
          <w:tcPr>
            <w:tcW w:type="dxa" w:w="5400"/>
          </w:tcPr>
          <w:p>
            <w:r>
              <w:t>________________________</w:t>
            </w:r>
          </w:p>
        </w:tc>
        <w:tc>
          <w:tcPr>
            <w:tcW w:type="dxa" w:w="540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